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A4D64" w14:textId="77777777" w:rsidR="00B745F0" w:rsidRPr="008D050A" w:rsidRDefault="00732CA2">
      <w:pPr>
        <w:pStyle w:val="Titre"/>
        <w:rPr>
          <w:lang w:val="fr-FR"/>
        </w:rPr>
      </w:pPr>
      <w:r w:rsidRPr="008D050A">
        <w:rPr>
          <w:lang w:val="fr-FR"/>
        </w:rPr>
        <w:t>PRIX MARC BOURGEOIS 2026</w:t>
      </w:r>
    </w:p>
    <w:p w14:paraId="3F5CFBDC" w14:textId="77777777" w:rsidR="008D050A" w:rsidRDefault="008D050A">
      <w:pPr>
        <w:rPr>
          <w:b/>
          <w:lang w:val="fr-FR"/>
        </w:rPr>
      </w:pPr>
    </w:p>
    <w:p w14:paraId="3017E86B" w14:textId="17E17548" w:rsidR="00B745F0" w:rsidRPr="008D050A" w:rsidRDefault="00732CA2">
      <w:pPr>
        <w:rPr>
          <w:sz w:val="32"/>
          <w:szCs w:val="36"/>
          <w:lang w:val="fr-FR"/>
        </w:rPr>
      </w:pPr>
      <w:r w:rsidRPr="008D050A">
        <w:rPr>
          <w:b/>
          <w:sz w:val="32"/>
          <w:szCs w:val="36"/>
          <w:lang w:val="fr-FR"/>
        </w:rPr>
        <w:t>Dossier de candidature – Troubles bipolaires</w:t>
      </w:r>
    </w:p>
    <w:p w14:paraId="203C2AB6" w14:textId="41961D46" w:rsidR="00B745F0" w:rsidRPr="008D050A" w:rsidRDefault="00732CA2" w:rsidP="008D050A">
      <w:pPr>
        <w:jc w:val="both"/>
        <w:rPr>
          <w:sz w:val="24"/>
          <w:szCs w:val="28"/>
          <w:lang w:val="fr-FR"/>
        </w:rPr>
      </w:pPr>
      <w:r w:rsidRPr="008D050A">
        <w:rPr>
          <w:sz w:val="24"/>
          <w:szCs w:val="28"/>
          <w:lang w:val="fr-FR"/>
        </w:rPr>
        <w:t>Prix scientifique de 10 000 € attribué à titre personnel à un chercheur confirmé, sans condition d’âge ou d’ancienneté, pour des travaux scientifiques et cliniques déjà réalisés</w:t>
      </w:r>
      <w:r w:rsidR="00745A81" w:rsidRPr="008D050A">
        <w:rPr>
          <w:sz w:val="24"/>
          <w:szCs w:val="28"/>
          <w:lang w:val="fr-FR"/>
        </w:rPr>
        <w:t xml:space="preserve"> sur les </w:t>
      </w:r>
      <w:r w:rsidR="00745A81" w:rsidRPr="008D050A">
        <w:rPr>
          <w:b/>
          <w:bCs/>
          <w:sz w:val="24"/>
          <w:szCs w:val="28"/>
          <w:lang w:val="fr-FR"/>
        </w:rPr>
        <w:t>troubles bipolaires</w:t>
      </w:r>
    </w:p>
    <w:p w14:paraId="3F3F59CA" w14:textId="77777777" w:rsidR="00B745F0" w:rsidRPr="008D050A" w:rsidRDefault="00732CA2">
      <w:pPr>
        <w:pStyle w:val="Titre2"/>
        <w:rPr>
          <w:sz w:val="32"/>
          <w:szCs w:val="32"/>
          <w:lang w:val="fr-FR"/>
        </w:rPr>
      </w:pPr>
      <w:r w:rsidRPr="008D050A">
        <w:rPr>
          <w:sz w:val="32"/>
          <w:szCs w:val="32"/>
          <w:lang w:val="fr-FR"/>
        </w:rPr>
        <w:t>Modalités de dépôt</w:t>
      </w:r>
    </w:p>
    <w:p w14:paraId="066D0867" w14:textId="77777777" w:rsidR="008D050A" w:rsidRPr="008D050A" w:rsidRDefault="00732CA2">
      <w:pPr>
        <w:rPr>
          <w:sz w:val="24"/>
          <w:szCs w:val="28"/>
          <w:lang w:val="fr-FR"/>
        </w:rPr>
      </w:pPr>
      <w:r w:rsidRPr="008D050A">
        <w:rPr>
          <w:sz w:val="24"/>
          <w:szCs w:val="28"/>
          <w:lang w:val="fr-FR"/>
        </w:rPr>
        <w:t xml:space="preserve">Date limite : 15 décembre 2026 à 23 h 59. </w:t>
      </w:r>
    </w:p>
    <w:p w14:paraId="2289B54A" w14:textId="7B4F3AD8" w:rsidR="008D050A" w:rsidRPr="008D050A" w:rsidRDefault="00732CA2">
      <w:pPr>
        <w:rPr>
          <w:sz w:val="24"/>
          <w:szCs w:val="28"/>
          <w:lang w:val="fr-FR"/>
        </w:rPr>
      </w:pPr>
      <w:r w:rsidRPr="008D050A">
        <w:rPr>
          <w:sz w:val="24"/>
          <w:szCs w:val="28"/>
          <w:lang w:val="fr-FR"/>
        </w:rPr>
        <w:t xml:space="preserve">Transmission par courrier électronique à </w:t>
      </w:r>
      <w:hyperlink r:id="rId8" w:history="1">
        <w:r w:rsidR="008D050A" w:rsidRPr="008D050A">
          <w:rPr>
            <w:rStyle w:val="Lienhypertexte"/>
            <w:sz w:val="24"/>
            <w:szCs w:val="28"/>
            <w:lang w:val="fr-FR"/>
          </w:rPr>
          <w:t>e.blondeau@ghu-paris.fr</w:t>
        </w:r>
      </w:hyperlink>
      <w:r w:rsidRPr="008D050A">
        <w:rPr>
          <w:sz w:val="24"/>
          <w:szCs w:val="28"/>
          <w:lang w:val="fr-FR"/>
        </w:rPr>
        <w:t xml:space="preserve">, </w:t>
      </w:r>
    </w:p>
    <w:p w14:paraId="1428FB88" w14:textId="34535917" w:rsidR="008D050A" w:rsidRPr="008D050A" w:rsidRDefault="008D050A">
      <w:pPr>
        <w:rPr>
          <w:sz w:val="24"/>
          <w:szCs w:val="28"/>
          <w:lang w:val="fr-FR"/>
        </w:rPr>
      </w:pPr>
      <w:r w:rsidRPr="008D050A">
        <w:rPr>
          <w:sz w:val="24"/>
          <w:szCs w:val="28"/>
          <w:lang w:val="fr-FR"/>
        </w:rPr>
        <w:t>Objet</w:t>
      </w:r>
      <w:r w:rsidR="00732CA2" w:rsidRPr="008D050A">
        <w:rPr>
          <w:sz w:val="24"/>
          <w:szCs w:val="28"/>
          <w:lang w:val="fr-FR"/>
        </w:rPr>
        <w:t xml:space="preserve"> « CANDIDATURE PRIX MARC BOURGEOIS 2026 ». </w:t>
      </w:r>
    </w:p>
    <w:p w14:paraId="7C6473C5" w14:textId="2C8DD9BE" w:rsidR="00B745F0" w:rsidRPr="008D050A" w:rsidRDefault="008D050A">
      <w:pPr>
        <w:rPr>
          <w:sz w:val="24"/>
          <w:szCs w:val="28"/>
          <w:lang w:val="fr-FR"/>
        </w:rPr>
      </w:pPr>
      <w:r w:rsidRPr="008D050A">
        <w:rPr>
          <w:sz w:val="24"/>
          <w:szCs w:val="28"/>
          <w:lang w:val="fr-FR"/>
        </w:rPr>
        <w:t>L</w:t>
      </w:r>
      <w:r w:rsidR="00732CA2" w:rsidRPr="008D050A">
        <w:rPr>
          <w:sz w:val="24"/>
          <w:szCs w:val="28"/>
          <w:lang w:val="fr-FR"/>
        </w:rPr>
        <w:t>e dossier et ses annexes doivent être réunis dans un fichier PDF unique.</w:t>
      </w:r>
    </w:p>
    <w:p w14:paraId="34BA4128" w14:textId="77777777" w:rsidR="00B745F0" w:rsidRDefault="00732CA2">
      <w:pPr>
        <w:rPr>
          <w:sz w:val="24"/>
          <w:szCs w:val="28"/>
          <w:lang w:val="fr-FR"/>
        </w:rPr>
      </w:pPr>
      <w:r w:rsidRPr="008D050A">
        <w:rPr>
          <w:sz w:val="24"/>
          <w:szCs w:val="28"/>
          <w:lang w:val="fr-FR"/>
        </w:rPr>
        <w:t>Un seul dossier par candidat est accepté. Tout dossier incomplet pourra être déclaré irrecevable.</w:t>
      </w:r>
    </w:p>
    <w:p w14:paraId="04918C69" w14:textId="71AB51F2" w:rsidR="00F74C8B" w:rsidRPr="00F74C8B" w:rsidRDefault="00F74C8B" w:rsidP="00F74C8B">
      <w:pPr>
        <w:pStyle w:val="Titre2"/>
        <w:rPr>
          <w:sz w:val="32"/>
          <w:szCs w:val="32"/>
          <w:lang w:val="fr-FR"/>
        </w:rPr>
      </w:pPr>
      <w:r w:rsidRPr="00F74C8B">
        <w:rPr>
          <w:sz w:val="32"/>
          <w:szCs w:val="32"/>
          <w:lang w:val="fr-FR"/>
        </w:rPr>
        <w:t>C</w:t>
      </w:r>
      <w:r w:rsidRPr="00F74C8B">
        <w:rPr>
          <w:sz w:val="32"/>
          <w:szCs w:val="32"/>
          <w:lang w:val="fr-FR"/>
        </w:rPr>
        <w:t>alendrier :</w:t>
      </w:r>
    </w:p>
    <w:p w14:paraId="036ED0B9" w14:textId="04EF9F43" w:rsidR="00F74C8B" w:rsidRPr="00F74C8B" w:rsidRDefault="00F74C8B" w:rsidP="00F74C8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b/>
          <w:sz w:val="24"/>
          <w:szCs w:val="24"/>
          <w:lang w:val="fr-FR"/>
        </w:rPr>
      </w:pPr>
      <w:r>
        <w:rPr>
          <w:rStyle w:val="lev"/>
          <w:rFonts w:cstheme="minorHAnsi"/>
          <w:b w:val="0"/>
          <w:sz w:val="24"/>
          <w:szCs w:val="24"/>
          <w:lang w:val="fr-FR"/>
        </w:rPr>
        <w:t>Lancement appel à projet : octobre 2026</w:t>
      </w:r>
    </w:p>
    <w:p w14:paraId="2B53C769" w14:textId="77777777" w:rsidR="00F74C8B" w:rsidRDefault="00F74C8B" w:rsidP="00F74C8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b/>
          <w:sz w:val="24"/>
          <w:szCs w:val="24"/>
          <w:lang w:val="fr-FR"/>
        </w:rPr>
      </w:pPr>
      <w:r>
        <w:rPr>
          <w:rFonts w:cstheme="minorHAnsi"/>
          <w:b/>
          <w:sz w:val="24"/>
          <w:szCs w:val="24"/>
          <w:lang w:val="fr-FR"/>
        </w:rPr>
        <w:t>Date limite de candidature : 15 décembre 2026, 23h59</w:t>
      </w:r>
    </w:p>
    <w:p w14:paraId="4815CC3A" w14:textId="77777777" w:rsidR="00F74C8B" w:rsidRDefault="00F74C8B" w:rsidP="00F74C8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Réunion du Comité scientifique : Janvier 2027, annonce des résultats dans la foulée </w:t>
      </w:r>
    </w:p>
    <w:p w14:paraId="0748B90C" w14:textId="77777777" w:rsidR="00F74C8B" w:rsidRDefault="00F74C8B" w:rsidP="00F74C8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Remise de prix : Congrès de l’Encéphale, janvier 2027 </w:t>
      </w:r>
    </w:p>
    <w:p w14:paraId="4EAE020D" w14:textId="77777777" w:rsidR="00F74C8B" w:rsidRPr="008D050A" w:rsidRDefault="00F74C8B">
      <w:pPr>
        <w:rPr>
          <w:sz w:val="24"/>
          <w:szCs w:val="28"/>
          <w:lang w:val="fr-FR"/>
        </w:rPr>
      </w:pPr>
    </w:p>
    <w:p w14:paraId="7FCCE2AF" w14:textId="07F46A94" w:rsidR="00180109" w:rsidRPr="008D050A" w:rsidRDefault="00180109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</w:pPr>
      <w:r w:rsidRPr="008D050A">
        <w:rPr>
          <w:lang w:val="fr-FR"/>
        </w:rPr>
        <w:br w:type="page"/>
      </w:r>
    </w:p>
    <w:p w14:paraId="6B373475" w14:textId="77777777" w:rsidR="00180109" w:rsidRPr="008D050A" w:rsidRDefault="00180109" w:rsidP="00180109">
      <w:pPr>
        <w:pStyle w:val="Titre"/>
        <w:jc w:val="center"/>
        <w:rPr>
          <w:lang w:val="fr-FR"/>
        </w:rPr>
      </w:pPr>
      <w:r w:rsidRPr="008D050A">
        <w:rPr>
          <w:lang w:val="fr-FR"/>
        </w:rPr>
        <w:lastRenderedPageBreak/>
        <w:t>PRIX MARC BOURGEOIS 2026</w:t>
      </w:r>
    </w:p>
    <w:p w14:paraId="3E229A89" w14:textId="77777777" w:rsidR="008D050A" w:rsidRDefault="008D050A" w:rsidP="00180109">
      <w:pPr>
        <w:rPr>
          <w:b/>
          <w:lang w:val="fr-FR"/>
        </w:rPr>
      </w:pPr>
    </w:p>
    <w:p w14:paraId="3FE450FC" w14:textId="3986349B" w:rsidR="00180109" w:rsidRPr="00F74C8B" w:rsidRDefault="00532094" w:rsidP="00F74C8B">
      <w:pPr>
        <w:ind w:hanging="851"/>
        <w:rPr>
          <w:b/>
          <w:sz w:val="28"/>
          <w:szCs w:val="32"/>
          <w:lang w:val="fr-FR"/>
        </w:rPr>
      </w:pPr>
      <w:r>
        <w:rPr>
          <w:b/>
          <w:sz w:val="28"/>
          <w:szCs w:val="32"/>
          <w:lang w:val="fr-FR"/>
        </w:rPr>
        <w:t>Page de garde du d</w:t>
      </w:r>
      <w:r w:rsidR="00180109" w:rsidRPr="00F74C8B">
        <w:rPr>
          <w:b/>
          <w:sz w:val="28"/>
          <w:szCs w:val="32"/>
          <w:lang w:val="fr-FR"/>
        </w:rPr>
        <w:t>ossier de candidature – Troubles bipolaires</w:t>
      </w:r>
    </w:p>
    <w:p w14:paraId="6C4E3515" w14:textId="77777777" w:rsidR="008D050A" w:rsidRPr="008D050A" w:rsidRDefault="008D050A" w:rsidP="00180109">
      <w:pPr>
        <w:rPr>
          <w:lang w:val="fr-FR"/>
        </w:rPr>
      </w:pPr>
    </w:p>
    <w:tbl>
      <w:tblPr>
        <w:tblStyle w:val="Grilledutableau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8646"/>
      </w:tblGrid>
      <w:tr w:rsidR="00180109" w:rsidRPr="008D050A" w14:paraId="0EB953CD" w14:textId="77777777" w:rsidTr="008D050A">
        <w:tc>
          <w:tcPr>
            <w:tcW w:w="1986" w:type="dxa"/>
            <w:vAlign w:val="center"/>
          </w:tcPr>
          <w:p w14:paraId="50A599B1" w14:textId="77777777" w:rsidR="00180109" w:rsidRPr="008D050A" w:rsidRDefault="00180109" w:rsidP="008D050A">
            <w:pPr>
              <w:rPr>
                <w:lang w:val="fr-FR"/>
              </w:rPr>
            </w:pPr>
            <w:r w:rsidRPr="008D050A">
              <w:rPr>
                <w:lang w:val="fr-FR"/>
              </w:rPr>
              <w:t>Nom et prénom</w:t>
            </w:r>
          </w:p>
        </w:tc>
        <w:tc>
          <w:tcPr>
            <w:tcW w:w="8646" w:type="dxa"/>
          </w:tcPr>
          <w:p w14:paraId="7C0609F7" w14:textId="77777777" w:rsidR="00180109" w:rsidRPr="008D050A" w:rsidRDefault="00180109" w:rsidP="00A20E8D">
            <w:pPr>
              <w:rPr>
                <w:lang w:val="fr-FR"/>
              </w:rPr>
            </w:pPr>
            <w:r w:rsidRPr="008D050A">
              <w:rPr>
                <w:lang w:val="fr-FR"/>
              </w:rPr>
              <w:br/>
            </w:r>
          </w:p>
        </w:tc>
      </w:tr>
    </w:tbl>
    <w:p w14:paraId="76D097BE" w14:textId="77777777" w:rsidR="00180109" w:rsidRPr="008D050A" w:rsidRDefault="00180109" w:rsidP="00180109">
      <w:pPr>
        <w:spacing w:after="0"/>
        <w:rPr>
          <w:lang w:val="fr-FR"/>
        </w:rPr>
      </w:pPr>
    </w:p>
    <w:tbl>
      <w:tblPr>
        <w:tblStyle w:val="Grilledutableau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8646"/>
      </w:tblGrid>
      <w:tr w:rsidR="00180109" w:rsidRPr="008D050A" w14:paraId="706AFF52" w14:textId="77777777" w:rsidTr="008D050A">
        <w:tc>
          <w:tcPr>
            <w:tcW w:w="1986" w:type="dxa"/>
            <w:vAlign w:val="center"/>
          </w:tcPr>
          <w:p w14:paraId="3B5A3DAC" w14:textId="77777777" w:rsidR="00180109" w:rsidRPr="008D050A" w:rsidRDefault="00180109" w:rsidP="008D050A">
            <w:pPr>
              <w:rPr>
                <w:lang w:val="fr-FR"/>
              </w:rPr>
            </w:pPr>
            <w:r w:rsidRPr="008D050A">
              <w:rPr>
                <w:lang w:val="fr-FR"/>
              </w:rPr>
              <w:t>Fonction / titre actuel</w:t>
            </w:r>
          </w:p>
        </w:tc>
        <w:tc>
          <w:tcPr>
            <w:tcW w:w="8646" w:type="dxa"/>
          </w:tcPr>
          <w:p w14:paraId="0FFCCDAC" w14:textId="77777777" w:rsidR="00180109" w:rsidRPr="008D050A" w:rsidRDefault="00180109" w:rsidP="00A20E8D">
            <w:pPr>
              <w:rPr>
                <w:lang w:val="fr-FR"/>
              </w:rPr>
            </w:pPr>
            <w:r w:rsidRPr="008D050A">
              <w:rPr>
                <w:lang w:val="fr-FR"/>
              </w:rPr>
              <w:br/>
            </w:r>
          </w:p>
        </w:tc>
      </w:tr>
    </w:tbl>
    <w:p w14:paraId="53D1E3B3" w14:textId="77777777" w:rsidR="00180109" w:rsidRPr="008D050A" w:rsidRDefault="00180109" w:rsidP="00180109">
      <w:pPr>
        <w:spacing w:after="0"/>
        <w:rPr>
          <w:lang w:val="fr-FR"/>
        </w:rPr>
      </w:pPr>
    </w:p>
    <w:tbl>
      <w:tblPr>
        <w:tblStyle w:val="Grilledutableau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8646"/>
      </w:tblGrid>
      <w:tr w:rsidR="00180109" w:rsidRPr="008D050A" w14:paraId="0D16DD50" w14:textId="77777777" w:rsidTr="008D050A">
        <w:tc>
          <w:tcPr>
            <w:tcW w:w="1986" w:type="dxa"/>
          </w:tcPr>
          <w:p w14:paraId="36192E0F" w14:textId="77777777" w:rsidR="00180109" w:rsidRPr="008D050A" w:rsidRDefault="00180109" w:rsidP="00A20E8D">
            <w:pPr>
              <w:rPr>
                <w:lang w:val="fr-FR"/>
              </w:rPr>
            </w:pPr>
            <w:r w:rsidRPr="008D050A">
              <w:rPr>
                <w:lang w:val="fr-FR"/>
              </w:rPr>
              <w:t>Établissement et unité / laboratoire de rattachement</w:t>
            </w:r>
          </w:p>
        </w:tc>
        <w:tc>
          <w:tcPr>
            <w:tcW w:w="8646" w:type="dxa"/>
          </w:tcPr>
          <w:p w14:paraId="7F08BBBA" w14:textId="77777777" w:rsidR="00180109" w:rsidRPr="008D050A" w:rsidRDefault="00180109" w:rsidP="00A20E8D">
            <w:pPr>
              <w:rPr>
                <w:lang w:val="fr-FR"/>
              </w:rPr>
            </w:pPr>
            <w:r w:rsidRPr="008D050A">
              <w:rPr>
                <w:lang w:val="fr-FR"/>
              </w:rPr>
              <w:br/>
            </w:r>
          </w:p>
        </w:tc>
      </w:tr>
    </w:tbl>
    <w:p w14:paraId="4134FA96" w14:textId="77777777" w:rsidR="00180109" w:rsidRPr="008D050A" w:rsidRDefault="00180109" w:rsidP="00180109">
      <w:pPr>
        <w:spacing w:after="0"/>
        <w:rPr>
          <w:lang w:val="fr-FR"/>
        </w:rPr>
      </w:pPr>
    </w:p>
    <w:tbl>
      <w:tblPr>
        <w:tblStyle w:val="Grilledutableau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8646"/>
      </w:tblGrid>
      <w:tr w:rsidR="00180109" w:rsidRPr="008D050A" w14:paraId="52144E22" w14:textId="77777777" w:rsidTr="008D050A">
        <w:tc>
          <w:tcPr>
            <w:tcW w:w="1986" w:type="dxa"/>
            <w:vAlign w:val="center"/>
          </w:tcPr>
          <w:p w14:paraId="287E32FF" w14:textId="77777777" w:rsidR="00180109" w:rsidRPr="008D050A" w:rsidRDefault="00180109" w:rsidP="008D050A">
            <w:pPr>
              <w:rPr>
                <w:lang w:val="fr-FR"/>
              </w:rPr>
            </w:pPr>
            <w:r w:rsidRPr="008D050A">
              <w:rPr>
                <w:lang w:val="fr-FR"/>
              </w:rPr>
              <w:t>Adresse professionnelle</w:t>
            </w:r>
          </w:p>
        </w:tc>
        <w:tc>
          <w:tcPr>
            <w:tcW w:w="8646" w:type="dxa"/>
          </w:tcPr>
          <w:p w14:paraId="0C7726B3" w14:textId="77777777" w:rsidR="00180109" w:rsidRPr="008D050A" w:rsidRDefault="00180109" w:rsidP="00A20E8D">
            <w:pPr>
              <w:rPr>
                <w:lang w:val="fr-FR"/>
              </w:rPr>
            </w:pPr>
            <w:r w:rsidRPr="008D050A">
              <w:rPr>
                <w:lang w:val="fr-FR"/>
              </w:rPr>
              <w:br/>
            </w:r>
          </w:p>
        </w:tc>
      </w:tr>
    </w:tbl>
    <w:p w14:paraId="70065586" w14:textId="77777777" w:rsidR="00180109" w:rsidRPr="008D050A" w:rsidRDefault="00180109" w:rsidP="00180109">
      <w:pPr>
        <w:spacing w:after="0"/>
        <w:rPr>
          <w:lang w:val="fr-FR"/>
        </w:rPr>
      </w:pPr>
    </w:p>
    <w:tbl>
      <w:tblPr>
        <w:tblStyle w:val="Grilledutableau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8646"/>
      </w:tblGrid>
      <w:tr w:rsidR="00180109" w:rsidRPr="008D050A" w14:paraId="0625B0A7" w14:textId="77777777" w:rsidTr="008D050A">
        <w:tc>
          <w:tcPr>
            <w:tcW w:w="1986" w:type="dxa"/>
            <w:vAlign w:val="center"/>
          </w:tcPr>
          <w:p w14:paraId="3E0BFA74" w14:textId="77777777" w:rsidR="00180109" w:rsidRPr="008D050A" w:rsidRDefault="00180109" w:rsidP="008D050A">
            <w:pPr>
              <w:rPr>
                <w:lang w:val="fr-FR"/>
              </w:rPr>
            </w:pPr>
            <w:r w:rsidRPr="008D050A">
              <w:rPr>
                <w:lang w:val="fr-FR"/>
              </w:rPr>
              <w:t>Téléphone professionnel</w:t>
            </w:r>
          </w:p>
        </w:tc>
        <w:tc>
          <w:tcPr>
            <w:tcW w:w="8646" w:type="dxa"/>
          </w:tcPr>
          <w:p w14:paraId="6C9408E2" w14:textId="77777777" w:rsidR="00180109" w:rsidRPr="008D050A" w:rsidRDefault="00180109" w:rsidP="00A20E8D">
            <w:pPr>
              <w:rPr>
                <w:lang w:val="fr-FR"/>
              </w:rPr>
            </w:pPr>
            <w:r w:rsidRPr="008D050A">
              <w:rPr>
                <w:lang w:val="fr-FR"/>
              </w:rPr>
              <w:br/>
            </w:r>
          </w:p>
        </w:tc>
      </w:tr>
    </w:tbl>
    <w:p w14:paraId="6EF6B561" w14:textId="77777777" w:rsidR="00180109" w:rsidRPr="008D050A" w:rsidRDefault="00180109" w:rsidP="00180109">
      <w:pPr>
        <w:spacing w:after="0"/>
        <w:rPr>
          <w:lang w:val="fr-FR"/>
        </w:rPr>
      </w:pPr>
    </w:p>
    <w:tbl>
      <w:tblPr>
        <w:tblStyle w:val="Grilledutableau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8646"/>
      </w:tblGrid>
      <w:tr w:rsidR="00180109" w:rsidRPr="008D050A" w14:paraId="1D2174BD" w14:textId="77777777" w:rsidTr="008D050A">
        <w:tc>
          <w:tcPr>
            <w:tcW w:w="1986" w:type="dxa"/>
            <w:vAlign w:val="center"/>
          </w:tcPr>
          <w:p w14:paraId="09994BB8" w14:textId="77777777" w:rsidR="00180109" w:rsidRPr="008D050A" w:rsidRDefault="00180109" w:rsidP="008D050A">
            <w:pPr>
              <w:rPr>
                <w:lang w:val="fr-FR"/>
              </w:rPr>
            </w:pPr>
            <w:r w:rsidRPr="008D050A">
              <w:rPr>
                <w:lang w:val="fr-FR"/>
              </w:rPr>
              <w:t>Adresse électronique professionnelle</w:t>
            </w:r>
          </w:p>
        </w:tc>
        <w:tc>
          <w:tcPr>
            <w:tcW w:w="8646" w:type="dxa"/>
          </w:tcPr>
          <w:p w14:paraId="58FA8086" w14:textId="77777777" w:rsidR="00180109" w:rsidRPr="008D050A" w:rsidRDefault="00180109" w:rsidP="00A20E8D">
            <w:pPr>
              <w:rPr>
                <w:lang w:val="fr-FR"/>
              </w:rPr>
            </w:pPr>
            <w:r w:rsidRPr="008D050A">
              <w:rPr>
                <w:lang w:val="fr-FR"/>
              </w:rPr>
              <w:br/>
            </w:r>
          </w:p>
        </w:tc>
      </w:tr>
    </w:tbl>
    <w:p w14:paraId="27884B42" w14:textId="77777777" w:rsidR="00180109" w:rsidRPr="008D050A" w:rsidRDefault="00180109" w:rsidP="00180109">
      <w:pPr>
        <w:spacing w:after="0"/>
        <w:rPr>
          <w:lang w:val="fr-FR"/>
        </w:rPr>
      </w:pPr>
    </w:p>
    <w:tbl>
      <w:tblPr>
        <w:tblStyle w:val="Grilledutableau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8646"/>
      </w:tblGrid>
      <w:tr w:rsidR="00180109" w:rsidRPr="008D050A" w14:paraId="3F06A35E" w14:textId="77777777" w:rsidTr="008D050A">
        <w:tc>
          <w:tcPr>
            <w:tcW w:w="1986" w:type="dxa"/>
            <w:vAlign w:val="center"/>
          </w:tcPr>
          <w:p w14:paraId="6B894D06" w14:textId="77777777" w:rsidR="00180109" w:rsidRPr="008D050A" w:rsidRDefault="00180109" w:rsidP="008D050A">
            <w:pPr>
              <w:rPr>
                <w:lang w:val="fr-FR"/>
              </w:rPr>
            </w:pPr>
            <w:r w:rsidRPr="008D050A">
              <w:rPr>
                <w:lang w:val="fr-FR"/>
              </w:rPr>
              <w:t>Titre proposé pour les travaux présentés</w:t>
            </w:r>
          </w:p>
        </w:tc>
        <w:tc>
          <w:tcPr>
            <w:tcW w:w="8646" w:type="dxa"/>
          </w:tcPr>
          <w:p w14:paraId="0D5CDFE9" w14:textId="4C580D23" w:rsidR="00180109" w:rsidRPr="008D050A" w:rsidRDefault="00180109" w:rsidP="00A20E8D">
            <w:pPr>
              <w:rPr>
                <w:lang w:val="fr-FR"/>
              </w:rPr>
            </w:pPr>
          </w:p>
        </w:tc>
      </w:tr>
    </w:tbl>
    <w:p w14:paraId="0EC9DD51" w14:textId="77777777" w:rsidR="008D050A" w:rsidRDefault="008D050A" w:rsidP="008D050A">
      <w:pPr>
        <w:rPr>
          <w:lang w:val="fr-FR"/>
        </w:rPr>
      </w:pPr>
    </w:p>
    <w:tbl>
      <w:tblPr>
        <w:tblStyle w:val="Grilledutableau"/>
        <w:tblW w:w="10632" w:type="dxa"/>
        <w:tblInd w:w="-885" w:type="dxa"/>
        <w:tblLook w:val="04A0" w:firstRow="1" w:lastRow="0" w:firstColumn="1" w:lastColumn="0" w:noHBand="0" w:noVBand="1"/>
      </w:tblPr>
      <w:tblGrid>
        <w:gridCol w:w="1986"/>
        <w:gridCol w:w="8646"/>
      </w:tblGrid>
      <w:tr w:rsidR="008D050A" w:rsidRPr="008D050A" w14:paraId="6E546435" w14:textId="77777777" w:rsidTr="008D050A">
        <w:trPr>
          <w:trHeight w:val="4591"/>
        </w:trPr>
        <w:tc>
          <w:tcPr>
            <w:tcW w:w="1986" w:type="dxa"/>
          </w:tcPr>
          <w:p w14:paraId="63E53928" w14:textId="77777777" w:rsidR="008D050A" w:rsidRPr="008D050A" w:rsidRDefault="008D050A" w:rsidP="0039387C">
            <w:pPr>
              <w:rPr>
                <w:lang w:val="fr-FR"/>
              </w:rPr>
            </w:pPr>
            <w:r w:rsidRPr="008D050A">
              <w:rPr>
                <w:lang w:val="fr-FR"/>
              </w:rPr>
              <w:t xml:space="preserve">Résumé (250 mots) </w:t>
            </w:r>
          </w:p>
        </w:tc>
        <w:tc>
          <w:tcPr>
            <w:tcW w:w="8646" w:type="dxa"/>
          </w:tcPr>
          <w:p w14:paraId="6BCE8F17" w14:textId="4C1AE5AB" w:rsidR="008D050A" w:rsidRPr="008D050A" w:rsidRDefault="008D050A" w:rsidP="008D050A">
            <w:pPr>
              <w:ind w:hanging="103"/>
              <w:jc w:val="both"/>
              <w:rPr>
                <w:lang w:val="fr-FR"/>
              </w:rPr>
            </w:pPr>
          </w:p>
        </w:tc>
      </w:tr>
    </w:tbl>
    <w:p w14:paraId="2A87D612" w14:textId="657AA6F0" w:rsidR="00180109" w:rsidRPr="008D050A" w:rsidRDefault="00180109">
      <w:pPr>
        <w:rPr>
          <w:rFonts w:asciiTheme="majorHAnsi" w:eastAsiaTheme="majorEastAsia" w:hAnsiTheme="majorHAnsi" w:cstheme="majorBidi"/>
          <w:b/>
          <w:bCs/>
          <w:color w:val="4F81BD" w:themeColor="accent1"/>
          <w:lang w:val="fr-FR"/>
        </w:rPr>
      </w:pPr>
      <w:r w:rsidRPr="008D050A">
        <w:rPr>
          <w:lang w:val="fr-FR"/>
        </w:rPr>
        <w:br w:type="page"/>
      </w:r>
    </w:p>
    <w:p w14:paraId="7219C417" w14:textId="6C9E8482" w:rsidR="00B745F0" w:rsidRPr="008D050A" w:rsidRDefault="00F74C8B">
      <w:pPr>
        <w:pStyle w:val="Titre3"/>
        <w:rPr>
          <w:sz w:val="32"/>
          <w:szCs w:val="36"/>
          <w:lang w:val="fr-FR"/>
        </w:rPr>
      </w:pPr>
      <w:r>
        <w:rPr>
          <w:sz w:val="32"/>
          <w:szCs w:val="36"/>
          <w:lang w:val="fr-FR"/>
        </w:rPr>
        <w:lastRenderedPageBreak/>
        <w:br/>
      </w:r>
      <w:r w:rsidR="00180109" w:rsidRPr="008D050A">
        <w:rPr>
          <w:sz w:val="32"/>
          <w:szCs w:val="36"/>
          <w:lang w:val="fr-FR"/>
        </w:rPr>
        <w:t>A. Synthèse scientifique des travaux (5 pages</w:t>
      </w:r>
      <w:r w:rsidR="00745A81" w:rsidRPr="008D050A">
        <w:rPr>
          <w:sz w:val="32"/>
          <w:szCs w:val="36"/>
          <w:lang w:val="fr-FR"/>
        </w:rPr>
        <w:t xml:space="preserve"> maximum</w:t>
      </w:r>
      <w:r w:rsidR="00180109" w:rsidRPr="008D050A">
        <w:rPr>
          <w:sz w:val="32"/>
          <w:szCs w:val="36"/>
          <w:lang w:val="fr-FR"/>
        </w:rPr>
        <w:t>)</w:t>
      </w:r>
    </w:p>
    <w:p w14:paraId="2592F661" w14:textId="77777777" w:rsidR="008D050A" w:rsidRPr="008D050A" w:rsidRDefault="008D050A" w:rsidP="00745A81">
      <w:pPr>
        <w:rPr>
          <w:sz w:val="32"/>
          <w:szCs w:val="36"/>
          <w:lang w:val="fr-FR"/>
        </w:rPr>
      </w:pPr>
    </w:p>
    <w:p w14:paraId="53BB7675" w14:textId="3C9B9265" w:rsidR="00180109" w:rsidRPr="008D050A" w:rsidRDefault="00745A81" w:rsidP="00745A81">
      <w:pPr>
        <w:rPr>
          <w:sz w:val="32"/>
          <w:szCs w:val="36"/>
          <w:lang w:val="fr-FR"/>
        </w:rPr>
      </w:pPr>
      <w:r w:rsidRPr="008D050A">
        <w:rPr>
          <w:sz w:val="32"/>
          <w:szCs w:val="36"/>
          <w:lang w:val="fr-FR"/>
        </w:rPr>
        <w:t>En développant les points ci-</w:t>
      </w:r>
      <w:r w:rsidR="008D050A" w:rsidRPr="008D050A">
        <w:rPr>
          <w:sz w:val="32"/>
          <w:szCs w:val="36"/>
          <w:lang w:val="fr-FR"/>
        </w:rPr>
        <w:t>dessous, le document doit être daté et signée :</w:t>
      </w:r>
      <w:r w:rsidRPr="008D050A">
        <w:rPr>
          <w:sz w:val="32"/>
          <w:szCs w:val="36"/>
          <w:lang w:val="fr-FR"/>
        </w:rPr>
        <w:t xml:space="preserve"> </w:t>
      </w:r>
    </w:p>
    <w:p w14:paraId="373341ED" w14:textId="77777777" w:rsidR="00B745F0" w:rsidRPr="008D050A" w:rsidRDefault="00732CA2">
      <w:pPr>
        <w:pStyle w:val="Listepuces"/>
        <w:rPr>
          <w:sz w:val="32"/>
          <w:szCs w:val="36"/>
          <w:lang w:val="fr-FR"/>
        </w:rPr>
      </w:pPr>
      <w:r w:rsidRPr="008D050A">
        <w:rPr>
          <w:sz w:val="32"/>
          <w:szCs w:val="36"/>
          <w:lang w:val="fr-FR"/>
        </w:rPr>
        <w:t>La problématique scientifique générale et les questions ayant guidé les recherches ;</w:t>
      </w:r>
    </w:p>
    <w:p w14:paraId="4474F551" w14:textId="77777777" w:rsidR="00B745F0" w:rsidRPr="008D050A" w:rsidRDefault="00732CA2">
      <w:pPr>
        <w:pStyle w:val="Listepuces"/>
        <w:rPr>
          <w:sz w:val="32"/>
          <w:szCs w:val="36"/>
          <w:lang w:val="fr-FR"/>
        </w:rPr>
      </w:pPr>
      <w:r w:rsidRPr="008D050A">
        <w:rPr>
          <w:sz w:val="32"/>
          <w:szCs w:val="36"/>
          <w:lang w:val="fr-FR"/>
        </w:rPr>
        <w:t>Les principales hypothèses développées ;</w:t>
      </w:r>
    </w:p>
    <w:p w14:paraId="55F4048F" w14:textId="77777777" w:rsidR="00B745F0" w:rsidRPr="008D050A" w:rsidRDefault="00732CA2">
      <w:pPr>
        <w:pStyle w:val="Listepuces"/>
        <w:rPr>
          <w:sz w:val="32"/>
          <w:szCs w:val="36"/>
          <w:lang w:val="fr-FR"/>
        </w:rPr>
      </w:pPr>
      <w:r w:rsidRPr="008D050A">
        <w:rPr>
          <w:sz w:val="32"/>
          <w:szCs w:val="36"/>
          <w:lang w:val="fr-FR"/>
        </w:rPr>
        <w:t>Les approches méthodologiques utilisées ;</w:t>
      </w:r>
    </w:p>
    <w:p w14:paraId="0D5FBD84" w14:textId="77777777" w:rsidR="00B745F0" w:rsidRPr="008D050A" w:rsidRDefault="00732CA2">
      <w:pPr>
        <w:pStyle w:val="Listepuces"/>
        <w:rPr>
          <w:sz w:val="32"/>
          <w:szCs w:val="36"/>
          <w:lang w:val="fr-FR"/>
        </w:rPr>
      </w:pPr>
      <w:r w:rsidRPr="008D050A">
        <w:rPr>
          <w:sz w:val="32"/>
          <w:szCs w:val="36"/>
          <w:lang w:val="fr-FR"/>
        </w:rPr>
        <w:t>Les résultats majeurs et leurs contributions originales ;</w:t>
      </w:r>
    </w:p>
    <w:p w14:paraId="2CF62315" w14:textId="77777777" w:rsidR="00B745F0" w:rsidRPr="008D050A" w:rsidRDefault="00732CA2">
      <w:pPr>
        <w:pStyle w:val="Listepuces"/>
        <w:rPr>
          <w:sz w:val="32"/>
          <w:szCs w:val="36"/>
          <w:lang w:val="fr-FR"/>
        </w:rPr>
      </w:pPr>
      <w:r w:rsidRPr="008D050A">
        <w:rPr>
          <w:sz w:val="32"/>
          <w:szCs w:val="36"/>
          <w:lang w:val="fr-FR"/>
        </w:rPr>
        <w:t>La cohérence des différents travaux et leur articulation ;</w:t>
      </w:r>
    </w:p>
    <w:p w14:paraId="79ACA3F5" w14:textId="77777777" w:rsidR="00B745F0" w:rsidRDefault="00732CA2">
      <w:pPr>
        <w:pStyle w:val="Listepuces"/>
        <w:rPr>
          <w:sz w:val="32"/>
          <w:szCs w:val="36"/>
          <w:lang w:val="fr-FR"/>
        </w:rPr>
      </w:pPr>
      <w:r w:rsidRPr="008D050A">
        <w:rPr>
          <w:sz w:val="32"/>
          <w:szCs w:val="36"/>
          <w:lang w:val="fr-FR"/>
        </w:rPr>
        <w:t>Les perspectives scientifiques et cliniques ouvertes par ces recherches, notamment pour les troubles bipolaires.</w:t>
      </w:r>
    </w:p>
    <w:p w14:paraId="2A9F68ED" w14:textId="77777777" w:rsidR="00F74C8B" w:rsidRDefault="00F74C8B" w:rsidP="00F74C8B">
      <w:pPr>
        <w:pStyle w:val="Listepuces"/>
        <w:numPr>
          <w:ilvl w:val="0"/>
          <w:numId w:val="0"/>
        </w:numPr>
        <w:ind w:left="360"/>
        <w:rPr>
          <w:sz w:val="32"/>
          <w:szCs w:val="36"/>
          <w:lang w:val="fr-FR"/>
        </w:rPr>
      </w:pPr>
    </w:p>
    <w:p w14:paraId="6F1AEB35" w14:textId="22E6137A" w:rsidR="00B745F0" w:rsidRPr="008D050A" w:rsidRDefault="00745A81">
      <w:pPr>
        <w:pStyle w:val="Titre3"/>
        <w:rPr>
          <w:sz w:val="32"/>
          <w:szCs w:val="36"/>
          <w:lang w:val="fr-FR"/>
        </w:rPr>
      </w:pPr>
      <w:r w:rsidRPr="008D050A">
        <w:rPr>
          <w:sz w:val="32"/>
          <w:szCs w:val="36"/>
          <w:lang w:val="fr-FR"/>
        </w:rPr>
        <w:t>B. Sélection de publications majeures</w:t>
      </w:r>
      <w:r w:rsidR="008D050A" w:rsidRPr="008D050A">
        <w:rPr>
          <w:sz w:val="32"/>
          <w:szCs w:val="36"/>
          <w:lang w:val="fr-FR"/>
        </w:rPr>
        <w:t xml:space="preserve"> (1 Pages)</w:t>
      </w:r>
    </w:p>
    <w:p w14:paraId="76BE3E2C" w14:textId="121A957D" w:rsidR="00B745F0" w:rsidRDefault="008D050A">
      <w:pPr>
        <w:rPr>
          <w:sz w:val="32"/>
          <w:szCs w:val="36"/>
          <w:lang w:val="fr-FR"/>
        </w:rPr>
      </w:pPr>
      <w:r>
        <w:rPr>
          <w:sz w:val="32"/>
          <w:szCs w:val="36"/>
          <w:lang w:val="fr-FR"/>
        </w:rPr>
        <w:br/>
      </w:r>
      <w:r w:rsidR="00745A81" w:rsidRPr="008D050A">
        <w:rPr>
          <w:sz w:val="32"/>
          <w:szCs w:val="36"/>
          <w:lang w:val="fr-FR"/>
        </w:rPr>
        <w:t>Donner 10 références représentatives des travaux présentés</w:t>
      </w:r>
    </w:p>
    <w:p w14:paraId="1429BFE1" w14:textId="77777777" w:rsidR="00F74C8B" w:rsidRPr="008D050A" w:rsidRDefault="00F74C8B">
      <w:pPr>
        <w:rPr>
          <w:sz w:val="32"/>
          <w:szCs w:val="36"/>
          <w:lang w:val="fr-FR"/>
        </w:rPr>
      </w:pPr>
    </w:p>
    <w:p w14:paraId="7B6409CE" w14:textId="767E9E3B" w:rsidR="00B745F0" w:rsidRPr="008D050A" w:rsidRDefault="00745A81">
      <w:pPr>
        <w:pStyle w:val="Titre3"/>
        <w:rPr>
          <w:sz w:val="32"/>
          <w:szCs w:val="36"/>
          <w:lang w:val="fr-FR"/>
        </w:rPr>
      </w:pPr>
      <w:r w:rsidRPr="008D050A">
        <w:rPr>
          <w:sz w:val="32"/>
          <w:szCs w:val="36"/>
          <w:lang w:val="fr-FR"/>
        </w:rPr>
        <w:t>C. Curriculum vitae scientifique</w:t>
      </w:r>
      <w:r w:rsidR="008D050A" w:rsidRPr="008D050A">
        <w:rPr>
          <w:sz w:val="32"/>
          <w:szCs w:val="36"/>
          <w:lang w:val="fr-FR"/>
        </w:rPr>
        <w:t xml:space="preserve"> (2-3 pages)</w:t>
      </w:r>
    </w:p>
    <w:p w14:paraId="47D90C5C" w14:textId="72892342" w:rsidR="00B745F0" w:rsidRPr="008D050A" w:rsidRDefault="008D050A">
      <w:pPr>
        <w:rPr>
          <w:sz w:val="32"/>
          <w:szCs w:val="36"/>
          <w:lang w:val="fr-FR"/>
        </w:rPr>
      </w:pPr>
      <w:r>
        <w:rPr>
          <w:sz w:val="32"/>
          <w:szCs w:val="36"/>
          <w:lang w:val="fr-FR"/>
        </w:rPr>
        <w:br/>
      </w:r>
      <w:r w:rsidR="00732CA2" w:rsidRPr="008D050A">
        <w:rPr>
          <w:sz w:val="32"/>
          <w:szCs w:val="36"/>
          <w:lang w:val="fr-FR"/>
        </w:rPr>
        <w:t>CV synthétique de 2 à 3 pages présentant le parcours, les responsabilités et les principales réalisations scientifiques.</w:t>
      </w:r>
    </w:p>
    <w:p w14:paraId="69E4299C" w14:textId="3070CF9D" w:rsidR="00B745F0" w:rsidRPr="008D050A" w:rsidRDefault="00B745F0">
      <w:pPr>
        <w:rPr>
          <w:sz w:val="32"/>
          <w:szCs w:val="36"/>
          <w:lang w:val="fr-FR"/>
        </w:rPr>
      </w:pPr>
    </w:p>
    <w:p w14:paraId="46576274" w14:textId="77777777" w:rsidR="00B745F0" w:rsidRPr="008D050A" w:rsidRDefault="00B745F0">
      <w:pPr>
        <w:spacing w:after="0"/>
        <w:rPr>
          <w:sz w:val="32"/>
          <w:szCs w:val="36"/>
          <w:lang w:val="fr-FR"/>
        </w:rPr>
      </w:pPr>
    </w:p>
    <w:p w14:paraId="576E3D69" w14:textId="45CBE996" w:rsidR="00B745F0" w:rsidRPr="008D050A" w:rsidRDefault="00B745F0">
      <w:pPr>
        <w:rPr>
          <w:sz w:val="32"/>
          <w:szCs w:val="36"/>
          <w:lang w:val="fr-FR"/>
        </w:rPr>
      </w:pPr>
    </w:p>
    <w:sectPr w:rsidR="00B745F0" w:rsidRPr="008D050A" w:rsidSect="00034616">
      <w:headerReference w:type="default" r:id="rId9"/>
      <w:footerReference w:type="default" r:id="rId10"/>
      <w:pgSz w:w="12240" w:h="15840"/>
      <w:pgMar w:top="1020" w:right="1800" w:bottom="907" w:left="180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53408" w14:textId="77777777" w:rsidR="00732CA2" w:rsidRDefault="00732CA2">
      <w:pPr>
        <w:spacing w:after="0" w:line="240" w:lineRule="auto"/>
      </w:pPr>
      <w:r>
        <w:separator/>
      </w:r>
    </w:p>
  </w:endnote>
  <w:endnote w:type="continuationSeparator" w:id="0">
    <w:p w14:paraId="6D1B1454" w14:textId="77777777" w:rsidR="00732CA2" w:rsidRDefault="00732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2B905" w14:textId="77777777" w:rsidR="00B745F0" w:rsidRDefault="00732CA2">
    <w:pPr>
      <w:pStyle w:val="Pieddepage"/>
      <w:jc w:val="center"/>
    </w:pPr>
    <w:r>
      <w:t>Fondation Pierre Deniker • www.fondationpierredeniker.org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597D8" w14:textId="77777777" w:rsidR="00732CA2" w:rsidRDefault="00732CA2">
      <w:pPr>
        <w:spacing w:after="0" w:line="240" w:lineRule="auto"/>
      </w:pPr>
      <w:r>
        <w:separator/>
      </w:r>
    </w:p>
  </w:footnote>
  <w:footnote w:type="continuationSeparator" w:id="0">
    <w:p w14:paraId="7E0F47C2" w14:textId="77777777" w:rsidR="00732CA2" w:rsidRDefault="00732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7BFF1" w14:textId="45CD7289" w:rsidR="00B745F0" w:rsidRDefault="00F74C8B">
    <w:pPr>
      <w:pStyle w:val="Lgend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6191AA" wp14:editId="215130B5">
          <wp:simplePos x="0" y="0"/>
          <wp:positionH relativeFrom="column">
            <wp:posOffset>-875572</wp:posOffset>
          </wp:positionH>
          <wp:positionV relativeFrom="paragraph">
            <wp:posOffset>-143262</wp:posOffset>
          </wp:positionV>
          <wp:extent cx="2254777" cy="390149"/>
          <wp:effectExtent l="0" t="0" r="0" b="0"/>
          <wp:wrapTight wrapText="bothSides">
            <wp:wrapPolygon edited="0">
              <wp:start x="0" y="0"/>
              <wp:lineTo x="0" y="20052"/>
              <wp:lineTo x="21357" y="20052"/>
              <wp:lineTo x="21357" y="0"/>
              <wp:lineTo x="0" y="0"/>
            </wp:wrapPolygon>
          </wp:wrapTight>
          <wp:docPr id="140342751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427515" name="Image 14034275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4777" cy="390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0D25F8"/>
    <w:multiLevelType w:val="multilevel"/>
    <w:tmpl w:val="88F6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120407">
    <w:abstractNumId w:val="8"/>
  </w:num>
  <w:num w:numId="2" w16cid:durableId="1292829987">
    <w:abstractNumId w:val="6"/>
  </w:num>
  <w:num w:numId="3" w16cid:durableId="390925465">
    <w:abstractNumId w:val="5"/>
  </w:num>
  <w:num w:numId="4" w16cid:durableId="1610432861">
    <w:abstractNumId w:val="4"/>
  </w:num>
  <w:num w:numId="5" w16cid:durableId="178203240">
    <w:abstractNumId w:val="7"/>
  </w:num>
  <w:num w:numId="6" w16cid:durableId="1119837633">
    <w:abstractNumId w:val="3"/>
  </w:num>
  <w:num w:numId="7" w16cid:durableId="2119987477">
    <w:abstractNumId w:val="2"/>
  </w:num>
  <w:num w:numId="8" w16cid:durableId="1160779355">
    <w:abstractNumId w:val="1"/>
  </w:num>
  <w:num w:numId="9" w16cid:durableId="1325207449">
    <w:abstractNumId w:val="0"/>
  </w:num>
  <w:num w:numId="10" w16cid:durableId="7413693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0109"/>
    <w:rsid w:val="0029639D"/>
    <w:rsid w:val="00326F90"/>
    <w:rsid w:val="00532094"/>
    <w:rsid w:val="005E688A"/>
    <w:rsid w:val="00732CA2"/>
    <w:rsid w:val="00745A81"/>
    <w:rsid w:val="008D050A"/>
    <w:rsid w:val="00A830E0"/>
    <w:rsid w:val="00AA1D8D"/>
    <w:rsid w:val="00B47730"/>
    <w:rsid w:val="00B745F0"/>
    <w:rsid w:val="00CB0664"/>
    <w:rsid w:val="00D40F04"/>
    <w:rsid w:val="00F74C8B"/>
    <w:rsid w:val="00F910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F1ED88"/>
  <w14:defaultImageDpi w14:val="300"/>
  <w15:docId w15:val="{917B184C-8650-2D43-AABE-AD9328D96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8D050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D050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74C8B"/>
    <w:pPr>
      <w:spacing w:before="100" w:beforeAutospacing="1" w:after="100" w:afterAutospacing="1" w:line="240" w:lineRule="auto"/>
    </w:pPr>
    <w:rPr>
      <w:rFonts w:ascii="Times" w:eastAsiaTheme="minorHAnsi" w:hAnsi="Times" w:cs="Times New Roman"/>
      <w:szCs w:val="20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blondeau@ghu-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321</Words>
  <Characters>1769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BLONDEAU Emeric</cp:lastModifiedBy>
  <cp:revision>4</cp:revision>
  <cp:lastPrinted>2026-10-13T09:53:00Z</cp:lastPrinted>
  <dcterms:created xsi:type="dcterms:W3CDTF">2026-10-13T11:59:00Z</dcterms:created>
  <dcterms:modified xsi:type="dcterms:W3CDTF">2026-10-13T12:03:00Z</dcterms:modified>
  <cp:category/>
</cp:coreProperties>
</file>